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העלילה ואת התושייה שבסרטון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משטח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אורקה רעבה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עבודת צוות ותושייה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האורקה רעבה ורוצה לתפוס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בתיאור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בשלב קריאת הפרצופים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דמות לרגש אפשרי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(מופתע או דואג)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(מפחד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(גאה ונחוש)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(רעבה ומתוסכלת)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מי הדמויות ואיך הן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ושואלים מה הדמות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2 עד 4 משפטים קצרים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מקרינים בלי קול ומדבבים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שורות המתאימות לרגש הדמות ולמצב, בשפה פשוטה ועם סימני קריאה או שאלה מתאימים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להטות את הקרח כדי שיחליקו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פנים, עיניים, פה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בו כמעט בלי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פעמיים: פעם ראשונה עם קול ופעם שנייה בלי קול לדיבוב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צעירים להתחיל במילה אחת לדמות ולהתקדם בהדרגה למשפטים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הדיון לערך של עבודת צוות ותושייה במצבי לחץ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בסרטון קבוצת פינגווינים עומדת על משטח קרח צף, ואורקה רעבה מנסה להטות את הקרח כדי שיחליקו אליה. הפינגווינים צריכים לחשוב יחד ולהשתמש בתושייה כדי להינצל.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תושייה  ·  אורקה  ·  קרח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עומדים הפינגווינים בתחילת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משטח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מנסה להטות את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אורקה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הנושא המרכזי של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עבודת צוות ותושייה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בניית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האורקה רוצה לשחק עם הפינגווינים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הסרטון כמעט בלי מילים ולכן מתאים מאוד לדיבוב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לזהות רגש של דמות לפי העיניים, הפה והתנועה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קבוצת פינגווינים עומדת על משטח __________ 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רעבה מנסה להטות את הקרח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הפינגווינים צריכים __________ כדי להינצל מהאורקה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דמות לרגש אפשרי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הפינגווין הראשון שקולט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גאה ונחוש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פינגווין מפוחד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רעבה ומתוסכלת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פינגווין שמארגן את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מפחד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מופתע או דואג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פרצופים ושואלים מה הדמות מרגישה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ומתארים מי הדמויות ואיך הן נראות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מקרינים בלי קול ומדבבים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2 עד 4 משפטים קצרים לדמות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הדמויות (פינגווין קולט, פינגווין מפוחד, פינגווין מארגן או האורקה) וכתבו לה 3 שורות דיבוב למצב שבו הקרח מתחיל להיטות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רוצה האורקה לעשות לפינגווינים?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אפשר לדעת מה דמות מרגישה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הפינגווינים והאורקה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