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העלילה ואת התושייה שבסרטון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לפי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שורות דיבוב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משטח קרח 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אורקה רעבה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עבודת צוות ותושייה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כמעט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לעבוד יחד ולחשוב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האורקה רעבה ורוצה לתפוס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בתיאור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צופים ומתארים, אחר כך מנתחים רגשות ורק בסוף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בשלב קריאת הפרצופים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מצוין שהיא עובדת נהדר כבר מכיתה ב׳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דמות לרגש אפשרי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(מופתע או דואג)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(מפחד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(גאה ונחוש)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(רעבה ומתוסכלת)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ומתארים מי הדמויות ואיך הן נראות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פרצופים ושואלים מה הדמות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2 עד 4 משפטים קצרים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מקרינים בלי קול ומדבבים בשידור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שורות המתאימות לרגש הדמות ולמצב, בשפה פשוטה ועם סימני קריאה או שאלה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יצירתי המבוסס על עבודת צוות, כגון לעמוד יחד במרכז הקרח כדי לאזן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להטות את הקרח כדי שיחליקו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פנים, עיניים, פה ותנועה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בו כמעט בלי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פעמיים: פעם ראשונה עם קול ופעם שנייה בלי קול לדיבוב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צעירים להתחיל במילה אחת לדמות ולהתקדם בהדרגה למשפטים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את הדיון לערך של עבודת צוות ותושייה במצבי לחץ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פינגווינים על קרח. דג גדול (אורקה) רוצה לתפוס אותם. הפינגווינים חושבים ביחד מה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 ים גדול וטורף, נקרא גם לווייתן הרצח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למצוא פתרון חכם במצב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עובדים יחד למטרה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קול לדמות בסרט שקט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משטח קרח 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חתיכת קרח שצפה על המים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הבעות פנים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שהפרצוף מראה על הרגש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הוֹי לֹא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קריאה של פחד או צער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פתאומי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הפינגווינים עומדים?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סלע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משטח קרח 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רוצה לתפוס את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אורקה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דולפין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צוללת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הסרטון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עבודת צוות ותושייה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הרבה דיבורים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קריין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לפינגווינים להינצל?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לברוח כל אחד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לעבוד יחד ולחשוב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לקפוץ למים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לעזרה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האורקה רוצה לשחק עם הפינגווינים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כמעט בלי מילים ולכן מתאים מאוד לדיבוב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הדיבוב קודם כותבים ואז צופים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רגש של דמות לפי העיניים, הפה והתנועה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הפעילות מתאימה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קבוצת פינגווינים עומדת על משטח __________ 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רעבה מנסה להטות את הקרח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הפינגווינים צריכים __________ כדי להינצל מהאורקה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השני צופים ושואלים מה הדמות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הפעילות כל קבוצה __________ בשם הדמות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דמות לרגש אפשרי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הפינגווין הראשון שקולט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גאה ונחוש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פינגווין מפוחד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רעבה ומתוסכלת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פינגווין שמארגן את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מפחד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מופתע או דואג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מקרינים בלי קול ומדבבים בשידור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2 עד 4 משפטים קצרים לדמות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ומתארים מי הדמויות ואיך הן נראות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פרצופים ושואלים מה הדמות מרגישה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הדמויות (פינגווין קולט, פינגווין מפוחד, פינגווין מארגן או האורקה) וכתבו לה 3 שורות דיבוב למצב שבו הקרח מתחיל להיטות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מציעים לפינגווינים לעשות כדי לנצח את האורקה בעזרת תושייה? כתבו רעיון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רוצה האורקה לעשות לפינגווינים?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אפשר לדעת מה דמות מרגישה בלי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הסרטון מתאים במיוחד לדיבוב?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הפינגווינים והאורקה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